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EA9BB7" w14:textId="77777777" w:rsidR="00301C58" w:rsidRDefault="00000000">
      <w:pPr>
        <w:spacing w:after="80"/>
        <w:jc w:val="center"/>
      </w:pPr>
      <w:r>
        <w:rPr>
          <w:b/>
          <w:sz w:val="28"/>
        </w:rPr>
        <w:t>Title of Community Empowerment Program for the Target Community</w:t>
      </w:r>
    </w:p>
    <w:p w14:paraId="6C647ED7" w14:textId="77777777" w:rsidR="00301C58" w:rsidRDefault="00000000">
      <w:pPr>
        <w:spacing w:after="160"/>
        <w:jc w:val="center"/>
      </w:pPr>
      <w:r>
        <w:rPr>
          <w:i/>
          <w:sz w:val="20"/>
        </w:rPr>
        <w:t>(maximum 16 words; use Garamond 14 pt, bold, centered)</w:t>
      </w:r>
    </w:p>
    <w:p w14:paraId="6662E342" w14:textId="77777777" w:rsidR="00301C58" w:rsidRDefault="00000000">
      <w:pPr>
        <w:spacing w:after="40"/>
        <w:jc w:val="center"/>
      </w:pPr>
      <w:r>
        <w:rPr>
          <w:b/>
        </w:rPr>
        <w:t>Author Name1*, Author Name2, Author Name3</w:t>
      </w:r>
    </w:p>
    <w:p w14:paraId="7AB53D34" w14:textId="77777777" w:rsidR="00301C58" w:rsidRDefault="00000000">
      <w:pPr>
        <w:spacing w:after="20"/>
        <w:jc w:val="center"/>
      </w:pPr>
      <w:r>
        <w:rPr>
          <w:sz w:val="20"/>
        </w:rPr>
        <w:t>1Department, Faculty, Institution, City, Country</w:t>
      </w:r>
    </w:p>
    <w:p w14:paraId="15F9F91E" w14:textId="77777777" w:rsidR="00301C58" w:rsidRDefault="00000000">
      <w:pPr>
        <w:spacing w:after="20"/>
        <w:jc w:val="center"/>
      </w:pPr>
      <w:r>
        <w:rPr>
          <w:sz w:val="20"/>
        </w:rPr>
        <w:t>2Department, Faculty, Institution, City, Country</w:t>
      </w:r>
    </w:p>
    <w:p w14:paraId="31D6A5E0" w14:textId="77777777" w:rsidR="00301C58" w:rsidRDefault="00000000">
      <w:pPr>
        <w:spacing w:after="20"/>
        <w:jc w:val="center"/>
      </w:pPr>
      <w:r>
        <w:rPr>
          <w:sz w:val="20"/>
        </w:rPr>
        <w:t>3Department, Faculty, Institution, City, Country</w:t>
      </w:r>
    </w:p>
    <w:p w14:paraId="12A66223" w14:textId="77777777" w:rsidR="00301C58" w:rsidRDefault="00000000">
      <w:pPr>
        <w:spacing w:after="20"/>
        <w:jc w:val="center"/>
      </w:pPr>
      <w:r>
        <w:rPr>
          <w:sz w:val="20"/>
        </w:rPr>
        <w:t>*Corresponding author: active.email@example.com</w:t>
      </w:r>
    </w:p>
    <w:p w14:paraId="140F9170" w14:textId="77777777" w:rsidR="00301C58" w:rsidRDefault="00000000">
      <w:pPr>
        <w:pStyle w:val="Heading1"/>
        <w:spacing w:before="240"/>
      </w:pPr>
      <w:r>
        <w:rPr>
          <w:rFonts w:ascii="Garamond" w:eastAsia="Garamond" w:hAnsi="Garamond"/>
        </w:rPr>
        <w:t>Abstract</w:t>
      </w:r>
    </w:p>
    <w:p w14:paraId="344B3C6C" w14:textId="77777777" w:rsidR="00301C58" w:rsidRPr="00B55BD2" w:rsidRDefault="00000000">
      <w:pPr>
        <w:jc w:val="both"/>
        <w:rPr>
          <w:iCs/>
        </w:rPr>
      </w:pPr>
      <w:r w:rsidRPr="00B55BD2">
        <w:rPr>
          <w:iCs/>
          <w:color w:val="595959"/>
        </w:rPr>
        <w:t>Write the abstract in English in one paragraph of no more than 200 words. It should briefly present the background of the community problem, the purpose of the activity, the target community, the implementation method, the main results, and the contribution to community empowerment. Do not include citations, tables, figures, or uncommon abbreviations.</w:t>
      </w:r>
    </w:p>
    <w:p w14:paraId="4559C0B1" w14:textId="77777777" w:rsidR="00301C58" w:rsidRPr="00B55BD2" w:rsidRDefault="00000000">
      <w:pPr>
        <w:spacing w:after="160"/>
        <w:jc w:val="both"/>
        <w:rPr>
          <w:i/>
          <w:iCs/>
        </w:rPr>
      </w:pPr>
      <w:r w:rsidRPr="00B55BD2">
        <w:rPr>
          <w:b/>
          <w:i/>
          <w:iCs/>
        </w:rPr>
        <w:t xml:space="preserve">Keywords: </w:t>
      </w:r>
      <w:r w:rsidRPr="00B55BD2">
        <w:rPr>
          <w:i/>
          <w:iCs/>
        </w:rPr>
        <w:t>community empowerment; digital literacy; mentoring; target community; training</w:t>
      </w:r>
    </w:p>
    <w:p w14:paraId="1F422EC1" w14:textId="77777777" w:rsidR="00301C58" w:rsidRDefault="00000000">
      <w:pPr>
        <w:spacing w:after="240"/>
        <w:jc w:val="both"/>
      </w:pPr>
      <w:r>
        <w:rPr>
          <w:i/>
          <w:sz w:val="20"/>
        </w:rPr>
        <w:t>(Provide 3-5 keywords in lowercase, separated by semicolons.)</w:t>
      </w:r>
    </w:p>
    <w:p w14:paraId="49085D88" w14:textId="77777777" w:rsidR="00301C58" w:rsidRDefault="00000000">
      <w:pPr>
        <w:pStyle w:val="Heading1"/>
        <w:spacing w:before="240"/>
      </w:pPr>
      <w:r>
        <w:rPr>
          <w:rFonts w:ascii="Garamond" w:eastAsia="Garamond" w:hAnsi="Garamond"/>
        </w:rPr>
        <w:t>Introduction</w:t>
      </w:r>
    </w:p>
    <w:p w14:paraId="60F905D1" w14:textId="77777777" w:rsidR="00301C58" w:rsidRPr="00B55BD2" w:rsidRDefault="00000000">
      <w:pPr>
        <w:jc w:val="both"/>
        <w:rPr>
          <w:iCs/>
        </w:rPr>
      </w:pPr>
      <w:r w:rsidRPr="00B55BD2">
        <w:rPr>
          <w:iCs/>
          <w:color w:val="595959"/>
        </w:rPr>
        <w:t>Explain the background of the community problem, the urgency of the activity, the condition of the target community, relevant supporting literature, and the objectives of the community service program. This section should clearly justify why the program was needed and how it relates to community development or empowerment.</w:t>
      </w:r>
    </w:p>
    <w:p w14:paraId="4C6113D8" w14:textId="77777777" w:rsidR="00301C58" w:rsidRDefault="00000000">
      <w:pPr>
        <w:pStyle w:val="Heading1"/>
        <w:spacing w:before="240"/>
      </w:pPr>
      <w:r>
        <w:rPr>
          <w:rFonts w:ascii="Garamond" w:eastAsia="Garamond" w:hAnsi="Garamond"/>
        </w:rPr>
        <w:t>Materials and Method</w:t>
      </w:r>
    </w:p>
    <w:p w14:paraId="4343150B" w14:textId="77777777" w:rsidR="00301C58" w:rsidRPr="00B55BD2" w:rsidRDefault="00000000">
      <w:pPr>
        <w:jc w:val="both"/>
        <w:rPr>
          <w:iCs/>
        </w:rPr>
      </w:pPr>
      <w:r w:rsidRPr="00B55BD2">
        <w:rPr>
          <w:iCs/>
          <w:color w:val="595959"/>
        </w:rPr>
        <w:t>Describe the materials, tools, media, participants, location, and method used in the community service activity. This section may include the target community, time and location, materials or technology used, stages of implementation, and techniques for collecting evidence such as observation, questionnaire, interview, documentation, pre-test and post-test, participant feedback, or reflection.</w:t>
      </w:r>
    </w:p>
    <w:p w14:paraId="7F8B1D16" w14:textId="77777777" w:rsidR="00301C58" w:rsidRPr="00B55BD2" w:rsidRDefault="00000000">
      <w:pPr>
        <w:pStyle w:val="Heading2"/>
        <w:spacing w:before="160"/>
        <w:rPr>
          <w:i/>
          <w:iCs/>
        </w:rPr>
      </w:pPr>
      <w:r w:rsidRPr="00B55BD2">
        <w:rPr>
          <w:rFonts w:ascii="Garamond" w:eastAsia="Garamond" w:hAnsi="Garamond"/>
          <w:i/>
          <w:iCs/>
        </w:rPr>
        <w:t>Target Community and Setting</w:t>
      </w:r>
    </w:p>
    <w:p w14:paraId="16E7C9E2" w14:textId="77777777" w:rsidR="00301C58" w:rsidRDefault="00000000">
      <w:pPr>
        <w:jc w:val="both"/>
      </w:pPr>
      <w:r>
        <w:rPr>
          <w:i/>
          <w:color w:val="595959"/>
        </w:rPr>
        <w:t>Describe the target community or participants, including relevant characteristics, location, and time of the activity.</w:t>
      </w:r>
    </w:p>
    <w:p w14:paraId="5538A45D" w14:textId="77777777" w:rsidR="00301C58" w:rsidRPr="00B55BD2" w:rsidRDefault="00000000">
      <w:pPr>
        <w:pStyle w:val="Heading2"/>
        <w:spacing w:before="160"/>
        <w:rPr>
          <w:i/>
          <w:iCs/>
        </w:rPr>
      </w:pPr>
      <w:r w:rsidRPr="00B55BD2">
        <w:rPr>
          <w:rFonts w:ascii="Garamond" w:eastAsia="Garamond" w:hAnsi="Garamond"/>
          <w:i/>
          <w:iCs/>
        </w:rPr>
        <w:t>Materials, Media, and Instruments</w:t>
      </w:r>
    </w:p>
    <w:p w14:paraId="790665A3" w14:textId="77777777" w:rsidR="00301C58" w:rsidRDefault="00000000">
      <w:pPr>
        <w:jc w:val="both"/>
      </w:pPr>
      <w:r>
        <w:rPr>
          <w:i/>
          <w:color w:val="595959"/>
        </w:rPr>
        <w:t>Describe the training materials, tools, media, instruments, or technology used in the program.</w:t>
      </w:r>
    </w:p>
    <w:p w14:paraId="057626F6" w14:textId="77777777" w:rsidR="00301C58" w:rsidRPr="00B55BD2" w:rsidRDefault="00000000">
      <w:pPr>
        <w:pStyle w:val="Heading2"/>
        <w:spacing w:before="160"/>
        <w:rPr>
          <w:i/>
          <w:iCs/>
        </w:rPr>
      </w:pPr>
      <w:r w:rsidRPr="00B55BD2">
        <w:rPr>
          <w:rFonts w:ascii="Garamond" w:eastAsia="Garamond" w:hAnsi="Garamond"/>
          <w:i/>
          <w:iCs/>
        </w:rPr>
        <w:t>Implementation Method</w:t>
      </w:r>
    </w:p>
    <w:p w14:paraId="20C171E0" w14:textId="77777777" w:rsidR="00301C58" w:rsidRDefault="00000000">
      <w:pPr>
        <w:jc w:val="both"/>
      </w:pPr>
      <w:r>
        <w:rPr>
          <w:i/>
          <w:color w:val="595959"/>
        </w:rPr>
        <w:t>Explain the methods used, such as training, mentoring, counselling, socialisation, workshop, demonstration, assistance, or community-based practice.</w:t>
      </w:r>
    </w:p>
    <w:p w14:paraId="383A754B" w14:textId="77777777" w:rsidR="00301C58" w:rsidRPr="00B55BD2" w:rsidRDefault="00000000">
      <w:pPr>
        <w:pStyle w:val="Heading2"/>
        <w:spacing w:before="160"/>
        <w:rPr>
          <w:i/>
          <w:iCs/>
        </w:rPr>
      </w:pPr>
      <w:r w:rsidRPr="00B55BD2">
        <w:rPr>
          <w:rFonts w:ascii="Garamond" w:eastAsia="Garamond" w:hAnsi="Garamond"/>
          <w:i/>
          <w:iCs/>
        </w:rPr>
        <w:t>Evidence Collection</w:t>
      </w:r>
    </w:p>
    <w:p w14:paraId="35B28CB2" w14:textId="77777777" w:rsidR="00301C58" w:rsidRDefault="00000000">
      <w:pPr>
        <w:jc w:val="both"/>
      </w:pPr>
      <w:r>
        <w:rPr>
          <w:i/>
          <w:color w:val="595959"/>
        </w:rPr>
        <w:t>Explain how evidence of implementation and results was collected, for example through observation, documentation, questionnaires, interviews, pre-test and post-test results, participant feedback, or reflection.</w:t>
      </w:r>
    </w:p>
    <w:p w14:paraId="1DCC6953" w14:textId="77777777" w:rsidR="00301C58" w:rsidRDefault="00000000">
      <w:pPr>
        <w:pStyle w:val="Heading1"/>
        <w:spacing w:before="240"/>
      </w:pPr>
      <w:r>
        <w:rPr>
          <w:rFonts w:ascii="Garamond" w:eastAsia="Garamond" w:hAnsi="Garamond"/>
        </w:rPr>
        <w:t>Implementation and Results</w:t>
      </w:r>
    </w:p>
    <w:p w14:paraId="45F154C4" w14:textId="77777777" w:rsidR="00301C58" w:rsidRDefault="00000000">
      <w:pPr>
        <w:jc w:val="both"/>
      </w:pPr>
      <w:r>
        <w:rPr>
          <w:i/>
          <w:color w:val="595959"/>
        </w:rPr>
        <w:t>Describe how the community service activity was conducted and what results were obtained. Report the stages of implementation, participant involvement, outputs produced, improvements in knowledge, skills, awareness, behaviour, productivity, literacy, or community capacity, and participant responses. Present evidence using tables, figures, documentation, evaluation results, or testimonials when relevant.</w:t>
      </w:r>
    </w:p>
    <w:p w14:paraId="564DC535" w14:textId="77777777" w:rsidR="00301C58" w:rsidRDefault="00000000">
      <w:pPr>
        <w:pStyle w:val="JoCDECaption"/>
        <w:spacing w:after="40"/>
      </w:pPr>
      <w:r>
        <w:rPr>
          <w:b/>
        </w:rPr>
        <w:lastRenderedPageBreak/>
        <w:t>Table 1</w:t>
      </w:r>
    </w:p>
    <w:p w14:paraId="00937293" w14:textId="77777777" w:rsidR="00301C58" w:rsidRDefault="00000000">
      <w:pPr>
        <w:pStyle w:val="JoCDECaption"/>
      </w:pPr>
      <w:r>
        <w:t>Example of Program Implementation and Results</w:t>
      </w:r>
    </w:p>
    <w:tbl>
      <w:tblPr>
        <w:tblStyle w:val="TableGrid"/>
        <w:tblW w:w="0" w:type="auto"/>
        <w:tblLook w:val="04A0" w:firstRow="1" w:lastRow="0" w:firstColumn="1" w:lastColumn="0" w:noHBand="0" w:noVBand="1"/>
      </w:tblPr>
      <w:tblGrid>
        <w:gridCol w:w="1809"/>
        <w:gridCol w:w="1813"/>
        <w:gridCol w:w="1814"/>
        <w:gridCol w:w="1813"/>
        <w:gridCol w:w="1812"/>
      </w:tblGrid>
      <w:tr w:rsidR="00301C58" w14:paraId="1B390126" w14:textId="77777777" w:rsidTr="00B55BD2">
        <w:tc>
          <w:tcPr>
            <w:tcW w:w="1814" w:type="dxa"/>
          </w:tcPr>
          <w:p w14:paraId="339F2F98" w14:textId="77777777" w:rsidR="00301C58" w:rsidRDefault="00000000">
            <w:pPr>
              <w:spacing w:after="0"/>
              <w:jc w:val="center"/>
            </w:pPr>
            <w:r>
              <w:rPr>
                <w:b/>
                <w:sz w:val="20"/>
              </w:rPr>
              <w:t>No.</w:t>
            </w:r>
          </w:p>
        </w:tc>
        <w:tc>
          <w:tcPr>
            <w:tcW w:w="1814" w:type="dxa"/>
          </w:tcPr>
          <w:p w14:paraId="7CF1AAEA" w14:textId="77777777" w:rsidR="00301C58" w:rsidRDefault="00000000">
            <w:pPr>
              <w:spacing w:after="0"/>
              <w:jc w:val="center"/>
            </w:pPr>
            <w:r>
              <w:rPr>
                <w:b/>
                <w:sz w:val="20"/>
              </w:rPr>
              <w:t>Activity Stage</w:t>
            </w:r>
          </w:p>
        </w:tc>
        <w:tc>
          <w:tcPr>
            <w:tcW w:w="1814" w:type="dxa"/>
          </w:tcPr>
          <w:p w14:paraId="5E36D066" w14:textId="77777777" w:rsidR="00301C58" w:rsidRDefault="00000000">
            <w:pPr>
              <w:spacing w:after="0"/>
              <w:jc w:val="center"/>
            </w:pPr>
            <w:r>
              <w:rPr>
                <w:b/>
                <w:sz w:val="20"/>
              </w:rPr>
              <w:t>Participant Involvement</w:t>
            </w:r>
          </w:p>
        </w:tc>
        <w:tc>
          <w:tcPr>
            <w:tcW w:w="1814" w:type="dxa"/>
          </w:tcPr>
          <w:p w14:paraId="77E5C52C" w14:textId="77777777" w:rsidR="00301C58" w:rsidRDefault="00000000">
            <w:pPr>
              <w:spacing w:after="0"/>
              <w:jc w:val="center"/>
            </w:pPr>
            <w:r>
              <w:rPr>
                <w:b/>
                <w:sz w:val="20"/>
              </w:rPr>
              <w:t>Evidence Collected</w:t>
            </w:r>
          </w:p>
        </w:tc>
        <w:tc>
          <w:tcPr>
            <w:tcW w:w="1814" w:type="dxa"/>
          </w:tcPr>
          <w:p w14:paraId="44CA2D4F" w14:textId="77777777" w:rsidR="00301C58" w:rsidRDefault="00000000">
            <w:pPr>
              <w:spacing w:after="0"/>
              <w:jc w:val="center"/>
            </w:pPr>
            <w:r>
              <w:rPr>
                <w:b/>
                <w:sz w:val="20"/>
              </w:rPr>
              <w:t>Main Result</w:t>
            </w:r>
          </w:p>
        </w:tc>
      </w:tr>
      <w:tr w:rsidR="00301C58" w14:paraId="430F55A0" w14:textId="77777777" w:rsidTr="00B55BD2">
        <w:tc>
          <w:tcPr>
            <w:tcW w:w="1814" w:type="dxa"/>
          </w:tcPr>
          <w:p w14:paraId="74EDD349" w14:textId="77777777" w:rsidR="00301C58" w:rsidRDefault="00000000">
            <w:pPr>
              <w:spacing w:after="0"/>
              <w:jc w:val="center"/>
            </w:pPr>
            <w:r>
              <w:rPr>
                <w:sz w:val="20"/>
              </w:rPr>
              <w:t>1.</w:t>
            </w:r>
          </w:p>
        </w:tc>
        <w:tc>
          <w:tcPr>
            <w:tcW w:w="1814" w:type="dxa"/>
          </w:tcPr>
          <w:p w14:paraId="62CF9878" w14:textId="77777777" w:rsidR="00301C58" w:rsidRDefault="00000000">
            <w:pPr>
              <w:spacing w:after="0"/>
            </w:pPr>
            <w:r>
              <w:rPr>
                <w:sz w:val="20"/>
              </w:rPr>
              <w:t>Preparation</w:t>
            </w:r>
          </w:p>
        </w:tc>
        <w:tc>
          <w:tcPr>
            <w:tcW w:w="1814" w:type="dxa"/>
          </w:tcPr>
          <w:p w14:paraId="511924A9" w14:textId="77777777" w:rsidR="00301C58" w:rsidRDefault="00000000">
            <w:pPr>
              <w:spacing w:after="0"/>
            </w:pPr>
            <w:r>
              <w:rPr>
                <w:sz w:val="20"/>
              </w:rPr>
              <w:t>Target community identified and needs confirmed</w:t>
            </w:r>
          </w:p>
        </w:tc>
        <w:tc>
          <w:tcPr>
            <w:tcW w:w="1814" w:type="dxa"/>
          </w:tcPr>
          <w:p w14:paraId="4CA044E8" w14:textId="77777777" w:rsidR="00301C58" w:rsidRDefault="00000000">
            <w:pPr>
              <w:spacing w:after="0"/>
            </w:pPr>
            <w:r>
              <w:rPr>
                <w:sz w:val="20"/>
              </w:rPr>
              <w:t>Observation notes, partner agreement</w:t>
            </w:r>
          </w:p>
        </w:tc>
        <w:tc>
          <w:tcPr>
            <w:tcW w:w="1814" w:type="dxa"/>
          </w:tcPr>
          <w:p w14:paraId="3B804622" w14:textId="77777777" w:rsidR="00301C58" w:rsidRDefault="00000000">
            <w:pPr>
              <w:spacing w:after="0"/>
            </w:pPr>
            <w:r>
              <w:rPr>
                <w:sz w:val="20"/>
              </w:rPr>
              <w:t>Program focus aligned with community needs</w:t>
            </w:r>
          </w:p>
        </w:tc>
      </w:tr>
      <w:tr w:rsidR="00301C58" w14:paraId="718826FE" w14:textId="77777777" w:rsidTr="00B55BD2">
        <w:tc>
          <w:tcPr>
            <w:tcW w:w="1814" w:type="dxa"/>
          </w:tcPr>
          <w:p w14:paraId="3E54BBB5" w14:textId="77777777" w:rsidR="00301C58" w:rsidRDefault="00000000">
            <w:pPr>
              <w:spacing w:after="0"/>
              <w:jc w:val="center"/>
            </w:pPr>
            <w:r>
              <w:rPr>
                <w:sz w:val="20"/>
              </w:rPr>
              <w:t>2.</w:t>
            </w:r>
          </w:p>
        </w:tc>
        <w:tc>
          <w:tcPr>
            <w:tcW w:w="1814" w:type="dxa"/>
          </w:tcPr>
          <w:p w14:paraId="53B1EDC3" w14:textId="77777777" w:rsidR="00301C58" w:rsidRDefault="00000000">
            <w:pPr>
              <w:spacing w:after="0"/>
            </w:pPr>
            <w:r>
              <w:rPr>
                <w:sz w:val="20"/>
              </w:rPr>
              <w:t>Implementation</w:t>
            </w:r>
          </w:p>
        </w:tc>
        <w:tc>
          <w:tcPr>
            <w:tcW w:w="1814" w:type="dxa"/>
          </w:tcPr>
          <w:p w14:paraId="6BFB37F7" w14:textId="77777777" w:rsidR="00301C58" w:rsidRDefault="00000000">
            <w:pPr>
              <w:spacing w:after="0"/>
            </w:pPr>
            <w:r>
              <w:rPr>
                <w:sz w:val="20"/>
              </w:rPr>
              <w:t>Participants joined training/mentoring activities</w:t>
            </w:r>
          </w:p>
        </w:tc>
        <w:tc>
          <w:tcPr>
            <w:tcW w:w="1814" w:type="dxa"/>
          </w:tcPr>
          <w:p w14:paraId="1F9EEEAD" w14:textId="77777777" w:rsidR="00301C58" w:rsidRDefault="00000000">
            <w:pPr>
              <w:spacing w:after="0"/>
            </w:pPr>
            <w:r>
              <w:rPr>
                <w:sz w:val="20"/>
              </w:rPr>
              <w:t>Attendance list, documentation</w:t>
            </w:r>
          </w:p>
        </w:tc>
        <w:tc>
          <w:tcPr>
            <w:tcW w:w="1814" w:type="dxa"/>
          </w:tcPr>
          <w:p w14:paraId="2F3724B6" w14:textId="77777777" w:rsidR="00301C58" w:rsidRDefault="00000000">
            <w:pPr>
              <w:spacing w:after="0"/>
            </w:pPr>
            <w:r>
              <w:rPr>
                <w:sz w:val="20"/>
              </w:rPr>
              <w:t>Participants practised the targeted skill</w:t>
            </w:r>
          </w:p>
        </w:tc>
      </w:tr>
      <w:tr w:rsidR="00301C58" w14:paraId="003B27D3" w14:textId="77777777" w:rsidTr="00B55BD2">
        <w:tc>
          <w:tcPr>
            <w:tcW w:w="1814" w:type="dxa"/>
          </w:tcPr>
          <w:p w14:paraId="0F4CC60D" w14:textId="77777777" w:rsidR="00301C58" w:rsidRDefault="00000000">
            <w:pPr>
              <w:spacing w:after="0"/>
              <w:jc w:val="center"/>
            </w:pPr>
            <w:r>
              <w:rPr>
                <w:sz w:val="20"/>
              </w:rPr>
              <w:t>3.</w:t>
            </w:r>
          </w:p>
        </w:tc>
        <w:tc>
          <w:tcPr>
            <w:tcW w:w="1814" w:type="dxa"/>
          </w:tcPr>
          <w:p w14:paraId="0F56AA3B" w14:textId="77777777" w:rsidR="00301C58" w:rsidRDefault="00000000">
            <w:pPr>
              <w:spacing w:after="0"/>
            </w:pPr>
            <w:r>
              <w:rPr>
                <w:sz w:val="20"/>
              </w:rPr>
              <w:t>Evaluation</w:t>
            </w:r>
          </w:p>
        </w:tc>
        <w:tc>
          <w:tcPr>
            <w:tcW w:w="1814" w:type="dxa"/>
          </w:tcPr>
          <w:p w14:paraId="0ACD542E" w14:textId="77777777" w:rsidR="00301C58" w:rsidRDefault="00000000">
            <w:pPr>
              <w:spacing w:after="0"/>
            </w:pPr>
            <w:r>
              <w:rPr>
                <w:sz w:val="20"/>
              </w:rPr>
              <w:t>Participants completed feedback or assessment</w:t>
            </w:r>
          </w:p>
        </w:tc>
        <w:tc>
          <w:tcPr>
            <w:tcW w:w="1814" w:type="dxa"/>
          </w:tcPr>
          <w:p w14:paraId="02232BC7" w14:textId="77777777" w:rsidR="00301C58" w:rsidRDefault="00000000">
            <w:pPr>
              <w:spacing w:after="0"/>
            </w:pPr>
            <w:r>
              <w:rPr>
                <w:sz w:val="20"/>
              </w:rPr>
              <w:t>Questionnaire, interview, pre/post results</w:t>
            </w:r>
          </w:p>
        </w:tc>
        <w:tc>
          <w:tcPr>
            <w:tcW w:w="1814" w:type="dxa"/>
          </w:tcPr>
          <w:p w14:paraId="1A531436" w14:textId="77777777" w:rsidR="00301C58" w:rsidRDefault="00000000">
            <w:pPr>
              <w:spacing w:after="0"/>
            </w:pPr>
            <w:r>
              <w:rPr>
                <w:sz w:val="20"/>
              </w:rPr>
              <w:t>Improved knowledge, skill, or awareness</w:t>
            </w:r>
          </w:p>
        </w:tc>
      </w:tr>
      <w:tr w:rsidR="00301C58" w14:paraId="19F117C5" w14:textId="77777777" w:rsidTr="00B55BD2">
        <w:tc>
          <w:tcPr>
            <w:tcW w:w="1814" w:type="dxa"/>
          </w:tcPr>
          <w:p w14:paraId="787389B7" w14:textId="77777777" w:rsidR="00301C58" w:rsidRDefault="00000000">
            <w:pPr>
              <w:spacing w:after="0"/>
              <w:jc w:val="center"/>
            </w:pPr>
            <w:r>
              <w:rPr>
                <w:sz w:val="20"/>
              </w:rPr>
              <w:t>4.</w:t>
            </w:r>
          </w:p>
        </w:tc>
        <w:tc>
          <w:tcPr>
            <w:tcW w:w="1814" w:type="dxa"/>
          </w:tcPr>
          <w:p w14:paraId="037716F0" w14:textId="77777777" w:rsidR="00301C58" w:rsidRDefault="00000000">
            <w:pPr>
              <w:spacing w:after="0"/>
            </w:pPr>
            <w:r>
              <w:rPr>
                <w:sz w:val="20"/>
              </w:rPr>
              <w:t>Follow-up</w:t>
            </w:r>
          </w:p>
        </w:tc>
        <w:tc>
          <w:tcPr>
            <w:tcW w:w="1814" w:type="dxa"/>
          </w:tcPr>
          <w:p w14:paraId="0AB7B4CE" w14:textId="77777777" w:rsidR="00301C58" w:rsidRDefault="00000000">
            <w:pPr>
              <w:spacing w:after="0"/>
            </w:pPr>
            <w:r>
              <w:rPr>
                <w:sz w:val="20"/>
              </w:rPr>
              <w:t>Community partner discussed continuation plan</w:t>
            </w:r>
          </w:p>
        </w:tc>
        <w:tc>
          <w:tcPr>
            <w:tcW w:w="1814" w:type="dxa"/>
          </w:tcPr>
          <w:p w14:paraId="449FFE7B" w14:textId="77777777" w:rsidR="00301C58" w:rsidRDefault="00000000">
            <w:pPr>
              <w:spacing w:after="0"/>
            </w:pPr>
            <w:r>
              <w:rPr>
                <w:sz w:val="20"/>
              </w:rPr>
              <w:t>Reflection notes, action plan</w:t>
            </w:r>
          </w:p>
        </w:tc>
        <w:tc>
          <w:tcPr>
            <w:tcW w:w="1814" w:type="dxa"/>
          </w:tcPr>
          <w:p w14:paraId="48F27EA3" w14:textId="77777777" w:rsidR="00301C58" w:rsidRDefault="00000000">
            <w:pPr>
              <w:spacing w:after="0"/>
            </w:pPr>
            <w:r>
              <w:rPr>
                <w:sz w:val="20"/>
              </w:rPr>
              <w:t>Sustainability strategy prepared</w:t>
            </w:r>
          </w:p>
        </w:tc>
      </w:tr>
    </w:tbl>
    <w:p w14:paraId="5129B143" w14:textId="77777777" w:rsidR="00301C58" w:rsidRDefault="00000000">
      <w:pPr>
        <w:spacing w:before="40" w:after="160"/>
      </w:pPr>
      <w:r>
        <w:rPr>
          <w:sz w:val="20"/>
        </w:rPr>
        <w:t>(Source: Author documentation, 2026)</w:t>
      </w:r>
    </w:p>
    <w:p w14:paraId="4782493B" w14:textId="77777777" w:rsidR="00301C58" w:rsidRDefault="00000000">
      <w:pPr>
        <w:pStyle w:val="JoCDECaption"/>
        <w:spacing w:after="40"/>
      </w:pPr>
      <w:r>
        <w:rPr>
          <w:b/>
        </w:rPr>
        <w:t>Figure 1</w:t>
      </w:r>
    </w:p>
    <w:p w14:paraId="6C4039DE" w14:textId="77777777" w:rsidR="00301C58" w:rsidRDefault="00000000">
      <w:pPr>
        <w:pStyle w:val="JoCDECaption"/>
      </w:pPr>
      <w:r>
        <w:t>Title of figure, photo, or documentation</w:t>
      </w:r>
    </w:p>
    <w:tbl>
      <w:tblPr>
        <w:tblW w:w="0" w:type="auto"/>
        <w:jc w:val="center"/>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ook w:val="04A0" w:firstRow="1" w:lastRow="0" w:firstColumn="1" w:lastColumn="0" w:noHBand="0" w:noVBand="1"/>
      </w:tblPr>
      <w:tblGrid>
        <w:gridCol w:w="7937"/>
      </w:tblGrid>
      <w:tr w:rsidR="00301C58" w14:paraId="45BEB2BD" w14:textId="77777777">
        <w:trPr>
          <w:trHeight w:hRule="exact" w:val="1417"/>
          <w:jc w:val="center"/>
        </w:trPr>
        <w:tc>
          <w:tcPr>
            <w:tcW w:w="7937" w:type="dxa"/>
            <w:vAlign w:val="center"/>
          </w:tcPr>
          <w:p w14:paraId="76F8E6E4" w14:textId="77777777" w:rsidR="00301C58" w:rsidRDefault="00000000">
            <w:pPr>
              <w:spacing w:after="0"/>
              <w:jc w:val="center"/>
            </w:pPr>
            <w:r>
              <w:rPr>
                <w:sz w:val="22"/>
              </w:rPr>
              <w:t>[Insert relevant figure/photo/documentation here]</w:t>
            </w:r>
          </w:p>
        </w:tc>
      </w:tr>
    </w:tbl>
    <w:p w14:paraId="3FDBC484" w14:textId="77777777" w:rsidR="00301C58" w:rsidRDefault="00000000">
      <w:pPr>
        <w:spacing w:before="40" w:after="160"/>
      </w:pPr>
      <w:r>
        <w:rPr>
          <w:sz w:val="20"/>
        </w:rPr>
        <w:t>(Source: Author documentation, 2026)</w:t>
      </w:r>
    </w:p>
    <w:p w14:paraId="6D0EDD35" w14:textId="77777777" w:rsidR="00301C58" w:rsidRDefault="00000000">
      <w:pPr>
        <w:pStyle w:val="Heading1"/>
        <w:spacing w:before="240"/>
      </w:pPr>
      <w:r>
        <w:rPr>
          <w:rFonts w:ascii="Garamond" w:eastAsia="Garamond" w:hAnsi="Garamond"/>
        </w:rPr>
        <w:t>Discussion</w:t>
      </w:r>
    </w:p>
    <w:p w14:paraId="6E49319D" w14:textId="77777777" w:rsidR="00301C58" w:rsidRDefault="00000000">
      <w:pPr>
        <w:jc w:val="both"/>
      </w:pPr>
      <w:r>
        <w:rPr>
          <w:i/>
          <w:color w:val="595959"/>
        </w:rPr>
        <w:t>Interpret the results and explain their meaning for community development and empowerment. Discuss the relevance of the results, challenges during implementation, lessons learned, and links with previous studies or community service programs. Avoid repeating information already presented in the Implementation and Results section.</w:t>
      </w:r>
    </w:p>
    <w:p w14:paraId="09013B84" w14:textId="77777777" w:rsidR="00301C58" w:rsidRDefault="00000000">
      <w:pPr>
        <w:pStyle w:val="Heading1"/>
        <w:spacing w:before="240"/>
      </w:pPr>
      <w:r>
        <w:rPr>
          <w:rFonts w:ascii="Garamond" w:eastAsia="Garamond" w:hAnsi="Garamond"/>
        </w:rPr>
        <w:t>Contribution to Community</w:t>
      </w:r>
    </w:p>
    <w:p w14:paraId="0F54E496" w14:textId="77777777" w:rsidR="00301C58" w:rsidRDefault="00000000">
      <w:pPr>
        <w:jc w:val="both"/>
      </w:pPr>
      <w:r>
        <w:rPr>
          <w:i/>
          <w:color w:val="595959"/>
        </w:rPr>
        <w:t>Explain the direct and practical contribution of the program to the target community. Describe how the activity benefited the community, improved capacity, supported sustainability, or created a model that can be replicated in other communities. This section may also include follow-up plans, sustainability strategies, and potential long-term impact.</w:t>
      </w:r>
    </w:p>
    <w:p w14:paraId="46D219B8" w14:textId="77777777" w:rsidR="00301C58" w:rsidRDefault="00000000">
      <w:pPr>
        <w:pStyle w:val="Heading1"/>
        <w:spacing w:before="240"/>
      </w:pPr>
      <w:r>
        <w:rPr>
          <w:rFonts w:ascii="Garamond" w:eastAsia="Garamond" w:hAnsi="Garamond"/>
        </w:rPr>
        <w:t>Conclusion</w:t>
      </w:r>
    </w:p>
    <w:p w14:paraId="05318FC6" w14:textId="77777777" w:rsidR="00301C58" w:rsidRDefault="00000000">
      <w:pPr>
        <w:jc w:val="both"/>
      </w:pPr>
      <w:r>
        <w:rPr>
          <w:i/>
          <w:color w:val="595959"/>
        </w:rPr>
        <w:t>Briefly summarise the main community problem, the implemented program, key results, contribution to the community, and recommendations for future community service activities. The conclusion should be clear and should not simply repeat the abstract.</w:t>
      </w:r>
    </w:p>
    <w:p w14:paraId="59654FEE" w14:textId="77777777" w:rsidR="00301C58" w:rsidRDefault="00000000">
      <w:pPr>
        <w:pStyle w:val="Heading1"/>
        <w:spacing w:before="240"/>
      </w:pPr>
      <w:r>
        <w:rPr>
          <w:rFonts w:ascii="Garamond" w:eastAsia="Garamond" w:hAnsi="Garamond"/>
        </w:rPr>
        <w:t>Acknowledgements</w:t>
      </w:r>
    </w:p>
    <w:p w14:paraId="1EB855B9" w14:textId="77777777" w:rsidR="00301C58" w:rsidRDefault="00000000">
      <w:pPr>
        <w:jc w:val="both"/>
      </w:pPr>
      <w:r>
        <w:rPr>
          <w:i/>
          <w:color w:val="595959"/>
        </w:rPr>
        <w:t>Acknowledge funding institutions, community partners, local government, schools, organisations, or individuals who contributed to the program when necessary. If not applicable, this section may be omitted.</w:t>
      </w:r>
    </w:p>
    <w:p w14:paraId="20BD6224" w14:textId="77777777" w:rsidR="00301C58" w:rsidRDefault="00000000">
      <w:pPr>
        <w:pStyle w:val="Heading1"/>
        <w:spacing w:before="240"/>
      </w:pPr>
      <w:r>
        <w:rPr>
          <w:rFonts w:ascii="Garamond" w:eastAsia="Garamond" w:hAnsi="Garamond"/>
        </w:rPr>
        <w:t>References</w:t>
      </w:r>
    </w:p>
    <w:p w14:paraId="1C6AC0F1" w14:textId="77777777" w:rsidR="00301C58" w:rsidRDefault="00000000">
      <w:pPr>
        <w:jc w:val="both"/>
      </w:pPr>
      <w:r>
        <w:rPr>
          <w:i/>
          <w:color w:val="595959"/>
        </w:rPr>
        <w:t>List all sources cited in the manuscript using APA 7th edition style. Authors are strongly encouraged to use reference management software such as Mendeley, Zotero, or EndNote. References should be arranged alphabetically and use hanging indentation.</w:t>
      </w:r>
    </w:p>
    <w:p w14:paraId="4678AA6D" w14:textId="77777777" w:rsidR="00301C58" w:rsidRDefault="00000000">
      <w:pPr>
        <w:spacing w:after="80"/>
        <w:ind w:left="425" w:hanging="425"/>
      </w:pPr>
      <w:r>
        <w:lastRenderedPageBreak/>
        <w:t>Smith, J. A. (2021). Community empowerment and sustainable development. Routledge.</w:t>
      </w:r>
    </w:p>
    <w:p w14:paraId="1E2EFF60" w14:textId="77777777" w:rsidR="00301C58" w:rsidRDefault="00000000">
      <w:pPr>
        <w:spacing w:after="80"/>
        <w:ind w:left="425" w:hanging="425"/>
      </w:pPr>
      <w:r>
        <w:t>Brown, T., &amp; Lee, M. (2022). Digital literacy training for community empowerment: A participatory approach. Journal of Community Education, 15(2), 112-125. https://doi.org/xxxxx</w:t>
      </w:r>
    </w:p>
    <w:p w14:paraId="0C07CF4F" w14:textId="77777777" w:rsidR="00301C58" w:rsidRDefault="00000000">
      <w:pPr>
        <w:spacing w:after="80"/>
        <w:ind w:left="425" w:hanging="425"/>
      </w:pPr>
      <w:r>
        <w:t>Rahman, A., Putri, N., &amp; Santoso, B. (2023). Participatory approaches in community development. In L. Anderson (Ed.), Community engagement in higher education (pp. 45-62). Springer.</w:t>
      </w:r>
    </w:p>
    <w:p w14:paraId="22A8BD7A" w14:textId="77777777" w:rsidR="00301C58" w:rsidRDefault="00000000">
      <w:pPr>
        <w:spacing w:after="80"/>
        <w:ind w:left="425" w:hanging="425"/>
      </w:pPr>
      <w:r>
        <w:t>Wahyuni, S. (2022). Strengthening community literacy through university-community partnership. In Proceedings of the International Conference on Community Development (pp. 88-95).</w:t>
      </w:r>
    </w:p>
    <w:p w14:paraId="3E79B881" w14:textId="77777777" w:rsidR="00301C58" w:rsidRDefault="00000000">
      <w:pPr>
        <w:spacing w:after="80"/>
        <w:ind w:left="425" w:hanging="425"/>
      </w:pPr>
      <w:r>
        <w:t>World Health Organization. (2023). Community engagement framework. https://www.who.int/</w:t>
      </w:r>
    </w:p>
    <w:p w14:paraId="5EA7F5C4" w14:textId="77777777" w:rsidR="00301C58" w:rsidRDefault="00000000">
      <w:pPr>
        <w:pStyle w:val="Heading1"/>
        <w:spacing w:before="240"/>
      </w:pPr>
      <w:r>
        <w:rPr>
          <w:rFonts w:ascii="Garamond" w:eastAsia="Garamond" w:hAnsi="Garamond"/>
        </w:rPr>
        <w:t>Appendices</w:t>
      </w:r>
    </w:p>
    <w:p w14:paraId="6C8C564A" w14:textId="77777777" w:rsidR="00301C58" w:rsidRDefault="00000000">
      <w:pPr>
        <w:jc w:val="both"/>
      </w:pPr>
      <w:r>
        <w:rPr>
          <w:i/>
          <w:color w:val="595959"/>
        </w:rPr>
        <w:t>Appendices may be included when necessary, such as training materials, questionnaires, observation sheets, evaluation forms, or additional documentation. Appendices are included in the total word count.</w:t>
      </w:r>
    </w:p>
    <w:p w14:paraId="5ED738E9" w14:textId="77777777" w:rsidR="00301C58" w:rsidRDefault="00000000">
      <w:r>
        <w:br w:type="page"/>
      </w:r>
    </w:p>
    <w:p w14:paraId="01AF2F5F" w14:textId="77777777" w:rsidR="00301C58" w:rsidRDefault="00000000">
      <w:pPr>
        <w:pStyle w:val="Heading1"/>
        <w:spacing w:before="240"/>
      </w:pPr>
      <w:r>
        <w:rPr>
          <w:rFonts w:ascii="Garamond" w:eastAsia="Garamond" w:hAnsi="Garamond"/>
        </w:rPr>
        <w:lastRenderedPageBreak/>
        <w:t>Template Notes and Submission Checklist</w:t>
      </w:r>
    </w:p>
    <w:p w14:paraId="38B8F221" w14:textId="77777777" w:rsidR="00301C58" w:rsidRDefault="00000000">
      <w:pPr>
        <w:jc w:val="both"/>
      </w:pPr>
      <w:r>
        <w:rPr>
          <w:i/>
          <w:color w:val="595959"/>
        </w:rPr>
        <w:t>Delete this checklist before final submission if the journal only requires the manuscript content.</w:t>
      </w:r>
    </w:p>
    <w:p w14:paraId="2A2DB2AF" w14:textId="77777777" w:rsidR="00301C58" w:rsidRDefault="00000000">
      <w:pPr>
        <w:pStyle w:val="ListBullet"/>
        <w:spacing w:after="60"/>
        <w:ind w:firstLine="0"/>
      </w:pPr>
      <w:r>
        <w:t>The manuscript uses the official JoCDE template and is written in English.</w:t>
      </w:r>
    </w:p>
    <w:p w14:paraId="362CB420" w14:textId="77777777" w:rsidR="00301C58" w:rsidRDefault="00000000">
      <w:pPr>
        <w:pStyle w:val="ListBullet"/>
        <w:spacing w:after="60"/>
        <w:ind w:firstLine="0"/>
      </w:pPr>
      <w:r>
        <w:t>The manuscript is 5,000-7,000 words, including references and appendices.</w:t>
      </w:r>
    </w:p>
    <w:p w14:paraId="6C06ED37" w14:textId="77777777" w:rsidR="00301C58" w:rsidRDefault="00000000">
      <w:pPr>
        <w:pStyle w:val="ListBullet"/>
        <w:spacing w:after="60"/>
        <w:ind w:firstLine="0"/>
      </w:pPr>
      <w:r>
        <w:t>The title is concise, informative, and does not exceed 16 words.</w:t>
      </w:r>
    </w:p>
    <w:p w14:paraId="60C73CA8" w14:textId="77777777" w:rsidR="00301C58" w:rsidRDefault="00000000">
      <w:pPr>
        <w:pStyle w:val="ListBullet"/>
        <w:spacing w:after="60"/>
        <w:ind w:firstLine="0"/>
      </w:pPr>
      <w:r>
        <w:t>The abstract is written in one paragraph and does not exceed 200 words.</w:t>
      </w:r>
    </w:p>
    <w:p w14:paraId="566EE59A" w14:textId="77777777" w:rsidR="00301C58" w:rsidRDefault="00000000">
      <w:pPr>
        <w:pStyle w:val="ListBullet"/>
        <w:spacing w:after="60"/>
        <w:ind w:firstLine="0"/>
      </w:pPr>
      <w:r>
        <w:t>The manuscript follows this order: Title, Author Identity, Abstract, Keywords, Introduction, Materials and Method, Implementation and Results, Discussion, Contribution to Community, Conclusion, Acknowledgements, References, and Appendices if necessary.</w:t>
      </w:r>
    </w:p>
    <w:p w14:paraId="776B2659" w14:textId="77777777" w:rsidR="00301C58" w:rsidRDefault="00000000">
      <w:pPr>
        <w:pStyle w:val="ListBullet"/>
        <w:spacing w:after="60"/>
        <w:ind w:firstLine="0"/>
      </w:pPr>
      <w:r>
        <w:t>Keywords consist of 3-5 lowercase terms separated by semicolons.</w:t>
      </w:r>
    </w:p>
    <w:p w14:paraId="64AB29A1" w14:textId="77777777" w:rsidR="00301C58" w:rsidRDefault="00000000">
      <w:pPr>
        <w:pStyle w:val="ListBullet"/>
        <w:spacing w:after="60"/>
        <w:ind w:firstLine="0"/>
      </w:pPr>
      <w:r>
        <w:t>Tables and figures are numbered consecutively, titled clearly, and cited in the text.</w:t>
      </w:r>
    </w:p>
    <w:p w14:paraId="1568E4BA" w14:textId="77777777" w:rsidR="00301C58" w:rsidRDefault="00000000">
      <w:pPr>
        <w:pStyle w:val="ListBullet"/>
        <w:spacing w:after="60"/>
        <w:ind w:firstLine="0"/>
      </w:pPr>
      <w:r>
        <w:t>All references follow APA 7th edition style.</w:t>
      </w:r>
    </w:p>
    <w:p w14:paraId="741B61E0" w14:textId="77777777" w:rsidR="00301C58" w:rsidRDefault="00000000">
      <w:pPr>
        <w:pStyle w:val="ListBullet"/>
        <w:spacing w:after="60"/>
        <w:ind w:firstLine="0"/>
      </w:pPr>
      <w:r>
        <w:t>A Turnitin similarity report is attached. Manuscripts with a similarity index exceeding 20% will not proceed to review and must be revised.</w:t>
      </w:r>
    </w:p>
    <w:p w14:paraId="5986B1F4" w14:textId="77777777" w:rsidR="00301C58" w:rsidRDefault="00000000">
      <w:pPr>
        <w:pStyle w:val="ListBullet"/>
        <w:spacing w:after="60"/>
        <w:ind w:firstLine="0"/>
      </w:pPr>
      <w:r>
        <w:t>The manuscript is original, unpublished, and not under review by another journal.</w:t>
      </w:r>
    </w:p>
    <w:p w14:paraId="1F65C6EB" w14:textId="77777777" w:rsidR="00301C58" w:rsidRDefault="00000000">
      <w:pPr>
        <w:pStyle w:val="ListBullet"/>
        <w:spacing w:after="60"/>
        <w:ind w:firstLine="0"/>
      </w:pPr>
      <w:r>
        <w:t>Permission has been obtained for any copyrighted materials, images, instruments, or software used in the manuscript.</w:t>
      </w:r>
    </w:p>
    <w:p w14:paraId="1E8CE0B7" w14:textId="77777777" w:rsidR="00301C58" w:rsidRDefault="00000000">
      <w:pPr>
        <w:pStyle w:val="Heading2"/>
        <w:spacing w:before="160"/>
      </w:pPr>
      <w:r>
        <w:rPr>
          <w:rFonts w:ascii="Garamond" w:eastAsia="Garamond" w:hAnsi="Garamond"/>
        </w:rPr>
        <w:t>Citation Examples (APA 7th)</w:t>
      </w:r>
    </w:p>
    <w:p w14:paraId="1D95A0ED" w14:textId="77777777" w:rsidR="00301C58" w:rsidRDefault="00000000">
      <w:pPr>
        <w:spacing w:after="80"/>
        <w:jc w:val="both"/>
      </w:pPr>
      <w:r>
        <w:t>One author: Community empowerment requires active participation from local communities (Smith, 2021).</w:t>
      </w:r>
    </w:p>
    <w:p w14:paraId="104B72C7" w14:textId="77777777" w:rsidR="00301C58" w:rsidRDefault="00000000">
      <w:pPr>
        <w:spacing w:after="80"/>
        <w:jc w:val="both"/>
      </w:pPr>
      <w:r>
        <w:t>Two authors: Digital literacy programs can improve community capacity when supported by continuous mentoring (Brown &amp; Lee, 2022).</w:t>
      </w:r>
    </w:p>
    <w:p w14:paraId="397EE521" w14:textId="77777777" w:rsidR="00301C58" w:rsidRDefault="00000000">
      <w:pPr>
        <w:spacing w:after="80"/>
        <w:jc w:val="both"/>
      </w:pPr>
      <w:r>
        <w:t>Three or more authors: Community-based training should be designed according to local needs and resources (Rahman et al., 2023).</w:t>
      </w:r>
    </w:p>
    <w:p w14:paraId="5428FC9A" w14:textId="77777777" w:rsidR="00301C58" w:rsidRDefault="00000000">
      <w:pPr>
        <w:spacing w:after="80"/>
        <w:jc w:val="both"/>
      </w:pPr>
      <w:r>
        <w:t>Narrative citation: Smith (2021) argues that community empowerment should involve participation, reflection, and sustainable follow-up.</w:t>
      </w:r>
    </w:p>
    <w:p w14:paraId="436F8313" w14:textId="77777777" w:rsidR="00301C58" w:rsidRDefault="00000000">
      <w:pPr>
        <w:pStyle w:val="Heading2"/>
        <w:spacing w:before="160"/>
      </w:pPr>
      <w:r>
        <w:rPr>
          <w:rFonts w:ascii="Garamond" w:eastAsia="Garamond" w:hAnsi="Garamond"/>
        </w:rPr>
        <w:t>Heading Format</w:t>
      </w:r>
    </w:p>
    <w:p w14:paraId="280455A8" w14:textId="77777777" w:rsidR="00301C58" w:rsidRDefault="00000000">
      <w:pPr>
        <w:pStyle w:val="ListBullet"/>
        <w:spacing w:after="60"/>
        <w:ind w:firstLine="0"/>
      </w:pPr>
      <w:r>
        <w:t>Heading 1: Bold, centered, title case.</w:t>
      </w:r>
    </w:p>
    <w:p w14:paraId="4956DB22" w14:textId="0D6810FA" w:rsidR="00301C58" w:rsidRDefault="00000000">
      <w:pPr>
        <w:pStyle w:val="ListBullet"/>
        <w:spacing w:after="60"/>
        <w:ind w:firstLine="0"/>
      </w:pPr>
      <w:r>
        <w:t xml:space="preserve">Heading 2: Bold, </w:t>
      </w:r>
      <w:r w:rsidR="00B55BD2">
        <w:t xml:space="preserve">italic, </w:t>
      </w:r>
      <w:r>
        <w:t>left-aligned, title case.</w:t>
      </w:r>
    </w:p>
    <w:p w14:paraId="24217DAC" w14:textId="57E4C394" w:rsidR="00301C58" w:rsidRDefault="00000000">
      <w:pPr>
        <w:pStyle w:val="ListBullet"/>
        <w:spacing w:after="60"/>
        <w:ind w:firstLine="0"/>
      </w:pPr>
      <w:r>
        <w:t xml:space="preserve">Heading 3: </w:t>
      </w:r>
      <w:r w:rsidR="00B55BD2">
        <w:t>I</w:t>
      </w:r>
      <w:r>
        <w:t>talic, left-aligned, title case.</w:t>
      </w:r>
    </w:p>
    <w:p w14:paraId="33DEEC8D" w14:textId="77777777" w:rsidR="00301C58" w:rsidRDefault="00000000">
      <w:pPr>
        <w:pStyle w:val="ListBullet"/>
        <w:spacing w:after="60"/>
        <w:ind w:firstLine="0"/>
      </w:pPr>
      <w:r>
        <w:t>Heading 4: Italic, indented, sentence case, ending with a period. Text continues on the same line.</w:t>
      </w:r>
    </w:p>
    <w:sectPr w:rsidR="00301C58" w:rsidSect="00034616">
      <w:headerReference w:type="default" r:id="rId8"/>
      <w:footerReference w:type="default" r:id="rId9"/>
      <w:pgSz w:w="11906" w:h="16838"/>
      <w:pgMar w:top="1701" w:right="1134" w:bottom="1134" w:left="1701" w:header="680"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A24A71" w14:textId="77777777" w:rsidR="00491D9C" w:rsidRDefault="00491D9C">
      <w:pPr>
        <w:spacing w:after="0"/>
      </w:pPr>
      <w:r>
        <w:separator/>
      </w:r>
    </w:p>
  </w:endnote>
  <w:endnote w:type="continuationSeparator" w:id="0">
    <w:p w14:paraId="3B4C9D39" w14:textId="77777777" w:rsidR="00491D9C" w:rsidRDefault="00491D9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8055FC" w14:textId="77777777" w:rsidR="00301C58" w:rsidRDefault="00000000">
    <w:pPr>
      <w:pStyle w:val="Footer"/>
      <w:jc w:val="center"/>
    </w:pPr>
    <w:r>
      <w:rPr>
        <w:sz w:val="18"/>
      </w:rPr>
      <w:t xml:space="preserve">Page </w:t>
    </w:r>
    <w:r>
      <w:rPr>
        <w:sz w:val="18"/>
      </w:rPr>
      <w:fldChar w:fldCharType="begin"/>
    </w:r>
    <w:r>
      <w:rPr>
        <w:sz w:val="18"/>
      </w:rPr>
      <w:instrText xml:space="preserve"> PAGE </w:instrText>
    </w:r>
    <w:r>
      <w:rPr>
        <w:sz w:val="18"/>
      </w:rPr>
      <w:fldChar w:fldCharType="separate"/>
    </w:r>
    <w:r>
      <w:rPr>
        <w:sz w:val="18"/>
      </w:rPr>
      <w:t>1</w:t>
    </w:r>
    <w:r>
      <w:rPr>
        <w:sz w:val="18"/>
      </w:rPr>
      <w:fldChar w:fldCharType="end"/>
    </w:r>
    <w:r>
      <w:rPr>
        <w:sz w:val="18"/>
      </w:rPr>
      <w:t xml:space="preserve"> of </w:t>
    </w:r>
    <w:r>
      <w:rPr>
        <w:sz w:val="18"/>
      </w:rPr>
      <w:fldChar w:fldCharType="begin"/>
    </w:r>
    <w:r>
      <w:rPr>
        <w:sz w:val="18"/>
      </w:rPr>
      <w:instrText xml:space="preserve"> NUMPAGES </w:instrText>
    </w:r>
    <w:r>
      <w:rPr>
        <w:sz w:val="18"/>
      </w:rPr>
      <w:fldChar w:fldCharType="separate"/>
    </w:r>
    <w:r>
      <w:rPr>
        <w:sz w:val="18"/>
      </w:rPr>
      <w:t>1</w:t>
    </w:r>
    <w:r>
      <w:rPr>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365BCC" w14:textId="77777777" w:rsidR="00491D9C" w:rsidRDefault="00491D9C">
      <w:pPr>
        <w:spacing w:after="0"/>
      </w:pPr>
      <w:r>
        <w:separator/>
      </w:r>
    </w:p>
  </w:footnote>
  <w:footnote w:type="continuationSeparator" w:id="0">
    <w:p w14:paraId="2765EB1F" w14:textId="77777777" w:rsidR="00491D9C" w:rsidRDefault="00491D9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B4CC" w14:textId="77777777" w:rsidR="00301C58" w:rsidRDefault="00000000">
    <w:pPr>
      <w:pStyle w:val="Header"/>
    </w:pPr>
    <w:proofErr w:type="spellStart"/>
    <w:r>
      <w:rPr>
        <w:sz w:val="18"/>
      </w:rPr>
      <w:t>JoCDE</w:t>
    </w:r>
    <w:proofErr w:type="spellEnd"/>
    <w:r>
      <w:rPr>
        <w:sz w:val="18"/>
      </w:rPr>
      <w:t>: Journal of Community Development and Empowerment, x(x), 2026, xx-xx</w:t>
    </w:r>
  </w:p>
  <w:p w14:paraId="63D2E2D4" w14:textId="77777777" w:rsidR="00301C58" w:rsidRDefault="00000000">
    <w:pPr>
      <w:pBdr>
        <w:bottom w:val="single" w:sz="4" w:space="1" w:color="808080"/>
      </w:pBdr>
      <w:spacing w:after="0"/>
    </w:pPr>
    <w:r>
      <w:rPr>
        <w:i/>
        <w:sz w:val="18"/>
      </w:rPr>
      <w:t>First author, Second author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58426225">
    <w:abstractNumId w:val="8"/>
  </w:num>
  <w:num w:numId="2" w16cid:durableId="666252349">
    <w:abstractNumId w:val="6"/>
  </w:num>
  <w:num w:numId="3" w16cid:durableId="1250385677">
    <w:abstractNumId w:val="5"/>
  </w:num>
  <w:num w:numId="4" w16cid:durableId="1162310309">
    <w:abstractNumId w:val="4"/>
  </w:num>
  <w:num w:numId="5" w16cid:durableId="780296797">
    <w:abstractNumId w:val="7"/>
  </w:num>
  <w:num w:numId="6" w16cid:durableId="1281300367">
    <w:abstractNumId w:val="3"/>
  </w:num>
  <w:num w:numId="7" w16cid:durableId="245455712">
    <w:abstractNumId w:val="2"/>
  </w:num>
  <w:num w:numId="8" w16cid:durableId="1743404542">
    <w:abstractNumId w:val="1"/>
  </w:num>
  <w:num w:numId="9" w16cid:durableId="5079833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01C58"/>
    <w:rsid w:val="00326F90"/>
    <w:rsid w:val="00491D9C"/>
    <w:rsid w:val="00722A2A"/>
    <w:rsid w:val="00AA1D8D"/>
    <w:rsid w:val="00B47730"/>
    <w:rsid w:val="00B55BD2"/>
    <w:rsid w:val="00CB0664"/>
    <w:rsid w:val="00CD1403"/>
    <w:rsid w:val="00DE5778"/>
    <w:rsid w:val="00ED052F"/>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27130CE"/>
  <w14:defaultImageDpi w14:val="300"/>
  <w15:docId w15:val="{8F1A7BC8-E76D-4FAC-8EA5-932F55936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120" w:line="240" w:lineRule="auto"/>
    </w:pPr>
    <w:rPr>
      <w:rFonts w:ascii="Garamond" w:eastAsia="Garamond" w:hAnsi="Garamond"/>
      <w:sz w:val="24"/>
    </w:rPr>
  </w:style>
  <w:style w:type="paragraph" w:styleId="Heading1">
    <w:name w:val="heading 1"/>
    <w:basedOn w:val="Normal"/>
    <w:next w:val="Normal"/>
    <w:link w:val="Heading1Char"/>
    <w:uiPriority w:val="9"/>
    <w:qFormat/>
    <w:rsid w:val="00FC693F"/>
    <w:pPr>
      <w:keepNext/>
      <w:keepLines/>
      <w:spacing w:before="480"/>
      <w:jc w:val="center"/>
      <w:outlineLvl w:val="0"/>
    </w:pPr>
    <w:rPr>
      <w:rFonts w:asciiTheme="majorHAnsi" w:eastAsiaTheme="majorEastAsia" w:hAnsiTheme="majorHAnsi" w:cstheme="majorBidi"/>
      <w:b/>
      <w:bCs/>
      <w:color w:val="000000"/>
      <w:szCs w:val="28"/>
    </w:rPr>
  </w:style>
  <w:style w:type="paragraph" w:styleId="Heading2">
    <w:name w:val="heading 2"/>
    <w:basedOn w:val="Normal"/>
    <w:next w:val="Normal"/>
    <w:link w:val="Heading2Char"/>
    <w:uiPriority w:val="9"/>
    <w:unhideWhenUsed/>
    <w:qFormat/>
    <w:rsid w:val="00FC693F"/>
    <w:pPr>
      <w:keepNext/>
      <w:keepLines/>
      <w:spacing w:before="200"/>
      <w:outlineLvl w:val="1"/>
    </w:pPr>
    <w:rPr>
      <w:rFonts w:asciiTheme="majorHAnsi" w:eastAsiaTheme="majorEastAsia" w:hAnsiTheme="majorHAnsi" w:cstheme="majorBidi"/>
      <w:b/>
      <w:bCs/>
      <w:color w:val="000000"/>
      <w:szCs w:val="26"/>
    </w:rPr>
  </w:style>
  <w:style w:type="paragraph" w:styleId="Heading3">
    <w:name w:val="heading 3"/>
    <w:basedOn w:val="Normal"/>
    <w:next w:val="Normal"/>
    <w:link w:val="Heading3Char"/>
    <w:uiPriority w:val="9"/>
    <w:unhideWhenUsed/>
    <w:qFormat/>
    <w:rsid w:val="00FC693F"/>
    <w:pPr>
      <w:keepNext/>
      <w:keepLines/>
      <w:spacing w:before="200"/>
      <w:outlineLvl w:val="2"/>
    </w:pPr>
    <w:rPr>
      <w:rFonts w:asciiTheme="majorHAnsi" w:eastAsiaTheme="majorEastAsia" w:hAnsiTheme="majorHAnsi" w:cstheme="majorBidi"/>
      <w:b/>
      <w:bCs/>
      <w:i/>
      <w:color w:val="00000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ind w:left="360"/>
      <w:contextualSpacing/>
    </w:pPr>
  </w:style>
  <w:style w:type="paragraph" w:styleId="ListContinue2">
    <w:name w:val="List Continue 2"/>
    <w:basedOn w:val="Normal"/>
    <w:uiPriority w:val="99"/>
    <w:unhideWhenUsed/>
    <w:rsid w:val="0029639D"/>
    <w:pPr>
      <w:ind w:left="720"/>
      <w:contextualSpacing/>
    </w:pPr>
  </w:style>
  <w:style w:type="paragraph" w:styleId="ListContinue3">
    <w:name w:val="List Continue 3"/>
    <w:basedOn w:val="Normal"/>
    <w:uiPriority w:val="99"/>
    <w:unhideWhenUsed/>
    <w:rsid w:val="0029639D"/>
    <w:pPr>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JoCDECaption">
    <w:name w:val="JoCDE Caption"/>
    <w:pPr>
      <w:spacing w:after="80" w:line="240" w:lineRule="auto"/>
    </w:pPr>
    <w:rPr>
      <w:rFonts w:ascii="Garamond" w:eastAsia="Garamond" w:hAnsi="Garamon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1190</Words>
  <Characters>6787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7962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cp:lastModifiedBy>
  <cp:revision>3</cp:revision>
  <dcterms:created xsi:type="dcterms:W3CDTF">2026-05-14T04:20:00Z</dcterms:created>
  <dcterms:modified xsi:type="dcterms:W3CDTF">2026-05-14T13:35:00Z</dcterms:modified>
  <cp:category/>
</cp:coreProperties>
</file>