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Manuscript Template</w:t>
      </w:r>
    </w:p>
    <w:p>
      <w:pPr>
        <w:pStyle w:val="Heading1"/>
      </w:pPr>
      <w:r>
        <w:t>Manuscript title</w:t>
      </w:r>
    </w:p>
    <w:p>
      <w:pPr>
        <w:pStyle w:val="TemplateHint"/>
      </w:pPr>
      <w:r>
        <w:t>[Replace with a concise, informative article title. Do not include author names or affiliations in this review file.]</w:t>
      </w:r>
    </w:p>
    <w:p>
      <w:pPr>
        <w:pStyle w:val="Heading2"/>
      </w:pPr>
      <w:r>
        <w:t>Article type</w:t>
      </w:r>
    </w:p>
    <w:p>
      <w:pPr>
        <w:pStyle w:val="TemplateHint"/>
      </w:pPr>
      <w:r>
        <w:t>[Original research / experimental study / theoretical paper / review article / classroom-based research / interdisciplinary study]</w:t>
      </w:r>
    </w:p>
    <w:p>
      <w:pPr>
        <w:pStyle w:val="Heading1"/>
      </w:pPr>
      <w:r>
        <w:t>Abstract</w:t>
      </w:r>
    </w:p>
    <w:p>
      <w:pPr>
        <w:pStyle w:val="TemplateHint"/>
      </w:pPr>
      <w:r>
        <w:t>[Approximately 150–250 words. State the purpose, design or approach, principal findings or argument, and contribution.]</w:t>
      </w:r>
    </w:p>
    <w:p>
      <w:pPr>
        <w:pStyle w:val="Heading2"/>
      </w:pPr>
      <w:r>
        <w:t>Keywords</w:t>
      </w:r>
    </w:p>
    <w:p>
      <w:pPr>
        <w:pStyle w:val="TemplateHint"/>
      </w:pPr>
      <w:r>
        <w:t>[Three to five specific keywords separated by semicolons]</w:t>
      </w:r>
    </w:p>
    <w:p>
      <w:pPr>
        <w:pStyle w:val="Heading1"/>
      </w:pPr>
      <w:r>
        <w:t>Introduction</w:t>
      </w:r>
    </w:p>
    <w:p>
      <w:pPr>
        <w:pStyle w:val="TemplateHint"/>
      </w:pPr>
      <w:r>
        <w:t>[Describe the problem, context, research gap, aim, and research questions or hypotheses.]</w:t>
      </w:r>
    </w:p>
    <w:p>
      <w:pPr>
        <w:pStyle w:val="Heading1"/>
      </w:pPr>
      <w:r>
        <w:t>Literature Review or Theoretical Framework</w:t>
      </w:r>
    </w:p>
    <w:p>
      <w:pPr>
        <w:pStyle w:val="TemplateHint"/>
      </w:pPr>
      <w:r>
        <w:t>[Synthesize relevant work and explain the concepts or framework that guide the study. Adapt this section for theoretical papers.]</w:t>
      </w:r>
    </w:p>
    <w:p>
      <w:pPr>
        <w:pStyle w:val="Heading1"/>
      </w:pPr>
      <w:r>
        <w:t>Methods</w:t>
      </w:r>
    </w:p>
    <w:p>
      <w:pPr>
        <w:pStyle w:val="TemplateHint"/>
      </w:pPr>
      <w:r>
        <w:t>[Describe design, setting, participants or materials, instruments, procedures, ethics approval and consent where applicable, and data analysis. Give enough detail for evaluation and replication.]</w:t>
      </w:r>
    </w:p>
    <w:p>
      <w:pPr>
        <w:pStyle w:val="Heading1"/>
      </w:pPr>
      <w:r>
        <w:t>Results</w:t>
      </w:r>
    </w:p>
    <w:p>
      <w:pPr>
        <w:pStyle w:val="TemplateHint"/>
      </w:pPr>
      <w:r>
        <w:t>[Present findings in an order aligned with the research questions. Place each table or figure close to its first mention and provide a clear caption.]</w:t>
      </w:r>
    </w:p>
    <w:p>
      <w:pPr>
        <w:pStyle w:val="Heading1"/>
      </w:pPr>
      <w:r>
        <w:t>Discussion</w:t>
      </w:r>
    </w:p>
    <w:p>
      <w:pPr>
        <w:pStyle w:val="TemplateHint"/>
      </w:pPr>
      <w:r>
        <w:t>[Interpret findings against prior scholarship, explain implications, and address limitations. Avoid repeating the Results section.]</w:t>
      </w:r>
    </w:p>
    <w:p>
      <w:pPr>
        <w:pStyle w:val="Heading1"/>
      </w:pPr>
      <w:r>
        <w:t>Conclusion</w:t>
      </w:r>
    </w:p>
    <w:p>
      <w:pPr>
        <w:pStyle w:val="TemplateHint"/>
      </w:pPr>
      <w:r>
        <w:t>[State the main contribution and appropriately bounded implications or future work.]</w:t>
      </w:r>
    </w:p>
    <w:p>
      <w:pPr>
        <w:pStyle w:val="Heading1"/>
      </w:pPr>
      <w:r>
        <w:t>Acknowledgements</w:t>
      </w:r>
    </w:p>
    <w:p>
      <w:pPr>
        <w:pStyle w:val="TemplateHint"/>
      </w:pPr>
      <w:r>
        <w:t>[Optional. Remove identifying information from the review file; provide acknowledgements after acceptance or in a separate title page.]</w:t>
      </w:r>
    </w:p>
    <w:p>
      <w:pPr>
        <w:pStyle w:val="Heading1"/>
      </w:pPr>
      <w:r>
        <w:t>Funding</w:t>
      </w:r>
    </w:p>
    <w:p>
      <w:pPr>
        <w:pStyle w:val="TemplateHint"/>
      </w:pPr>
      <w:r>
        <w:t>[Name the funder and grant number, or state that the research received no external funding.]</w:t>
      </w:r>
    </w:p>
    <w:p>
      <w:pPr>
        <w:pStyle w:val="Heading1"/>
      </w:pPr>
      <w:r>
        <w:t>Conflict of Interest</w:t>
      </w:r>
    </w:p>
    <w:p>
      <w:pPr>
        <w:pStyle w:val="TemplateHint"/>
      </w:pPr>
      <w:r>
        <w:t>[Disclose relevant interests, or state that the authors declare no conflict of interest.]</w:t>
      </w:r>
    </w:p>
    <w:p>
      <w:pPr>
        <w:pStyle w:val="Heading1"/>
      </w:pPr>
      <w:r>
        <w:t>Data Availability</w:t>
      </w:r>
    </w:p>
    <w:p>
      <w:pPr>
        <w:pStyle w:val="TemplateHint"/>
      </w:pPr>
      <w:r>
        <w:t>[Describe where supporting data can be accessed and any ethical or legal restrictions.]</w:t>
      </w:r>
    </w:p>
    <w:p>
      <w:pPr>
        <w:pStyle w:val="Heading1"/>
      </w:pPr>
      <w:r>
        <w:t>Use of Generative AI</w:t>
      </w:r>
    </w:p>
    <w:p>
      <w:pPr>
        <w:pStyle w:val="TemplateHint"/>
      </w:pPr>
      <w:r>
        <w:t>[If applicable, name the tool, purpose, and extent of use. Authors remain responsible for the content. Otherwise state that no generative AI tools were used in preparing the manuscript.]</w:t>
      </w:r>
    </w:p>
    <w:p>
      <w:pPr>
        <w:pStyle w:val="Heading1"/>
      </w:pPr>
      <w:r>
        <w:t>References</w:t>
      </w:r>
    </w:p>
    <w:p>
      <w:pPr>
        <w:pStyle w:val="TemplateHint"/>
      </w:pPr>
      <w:r>
        <w:t>[List only cited works in a consistent author–date style, preferably APA 7th edition. Add DOI or persistent URL when available.]</w:t>
      </w:r>
    </w:p>
    <w:p>
      <w:pPr>
        <w:pStyle w:val="Heading1"/>
      </w:pPr>
      <w:r>
        <w:t>Tables and Figures</w:t>
      </w:r>
    </w:p>
    <w:p>
      <w:pPr>
        <w:pStyle w:val="TemplateHint"/>
      </w:pPr>
      <w:r>
        <w:t>[Number each table and figure in the order cited. Use a descriptive caption, define abbreviations, and indicate data sources when needed.]</w:t>
      </w:r>
    </w:p>
    <w:p>
      <w:pPr>
        <w:pStyle w:val="Heading1"/>
      </w:pPr>
      <w:r>
        <w:t>Submission note</w:t>
      </w:r>
    </w:p>
    <w:p>
      <w:pPr/>
      <w:r>
        <w:t>Upload an editable manuscript file without author identifiers for double-anonymous review. Enter author names, affiliations, and contact details in the OJS submission metadata.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30" w:right="1440" w:bottom="1152" w:left="1440" w:header="36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E73"/>
        <w:sz w:val="16"/>
      </w:rPr>
      <w:t>Journal of Integrated Science and STEM Education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2743200" cy="91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ISS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91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Hint">
    <w:name w:val="Template Hint"/>
    <w:basedOn w:val="Normal"/>
    <w:pPr>
      <w:spacing w:after="160"/>
    </w:pPr>
    <w:rPr>
      <w:i/>
      <w:color w:val="5A626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